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60"/>
        <w:gridCol w:w="1944"/>
      </w:tblGrid>
      <w:tr w:rsidR="00A9597F" w14:paraId="18FEF737" w14:textId="77777777">
        <w:trPr>
          <w:jc w:val="center"/>
        </w:trPr>
        <w:tc>
          <w:tcPr>
            <w:tcW w:w="756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97079" w14:textId="77777777" w:rsidR="00A9597F" w:rsidRDefault="00000000">
            <w:pPr>
              <w:pStyle w:val="Title"/>
              <w:spacing w:after="0"/>
            </w:pPr>
            <w:r>
              <w:rPr>
                <w:rFonts w:ascii="Arial" w:hAnsi="Arial"/>
                <w:sz w:val="37"/>
              </w:rPr>
              <w:t>OUR TEAM SMART GOAL</w:t>
            </w:r>
          </w:p>
          <w:p w14:paraId="6E0CAC18" w14:textId="77777777" w:rsidR="00A9597F" w:rsidRDefault="00000000">
            <w:pPr>
              <w:spacing w:after="20"/>
            </w:pPr>
            <w:r>
              <w:rPr>
                <w:rFonts w:ascii="Arial" w:hAnsi="Arial"/>
                <w:b/>
                <w:color w:val="2E918E"/>
                <w:sz w:val="21"/>
              </w:rPr>
              <w:t>TURNING OUR FOCUS INTO ACTION</w:t>
            </w:r>
          </w:p>
          <w:p w14:paraId="77330243" w14:textId="77777777" w:rsidR="00A9597F" w:rsidRDefault="00000000">
            <w:pPr>
              <w:spacing w:after="0"/>
            </w:pPr>
            <w:r>
              <w:rPr>
                <w:rFonts w:ascii="Arial" w:hAnsi="Arial"/>
                <w:i/>
                <w:color w:val="BF5070"/>
                <w:sz w:val="16"/>
              </w:rPr>
              <w:t>Results are the bloom. The roots create the bloom.</w:t>
            </w:r>
          </w:p>
        </w:tc>
        <w:tc>
          <w:tcPr>
            <w:tcW w:w="194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AB3C1" w14:textId="77777777" w:rsidR="00A9597F" w:rsidRDefault="00000000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51651CAD" wp14:editId="2F09F828">
                  <wp:extent cx="960120" cy="95227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52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8A72C6" w14:textId="77777777" w:rsidR="009866C7" w:rsidRDefault="009866C7">
      <w:pPr>
        <w:spacing w:after="60" w:line="240" w:lineRule="auto"/>
        <w:rPr>
          <w:rFonts w:ascii="Arial" w:hAnsi="Arial"/>
          <w:color w:val="6F7F77"/>
          <w:sz w:val="15"/>
        </w:rPr>
      </w:pPr>
    </w:p>
    <w:p w14:paraId="085EB574" w14:textId="6942BE46" w:rsidR="00A9597F" w:rsidRDefault="00000000">
      <w:pPr>
        <w:spacing w:after="60" w:line="240" w:lineRule="auto"/>
      </w:pPr>
      <w:r>
        <w:rPr>
          <w:rFonts w:ascii="Arial" w:hAnsi="Arial"/>
          <w:color w:val="6F7F77"/>
          <w:sz w:val="15"/>
        </w:rPr>
        <w:t>Choose one shared focus, define the behavior that will move it forward, and create a visible 30-day plan for action, support, accountability, and celebration.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A9597F" w14:paraId="001CE619" w14:textId="77777777">
        <w:trPr>
          <w:jc w:val="center"/>
        </w:trPr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463C6A8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TEAM OR DEPARTMENT</w:t>
            </w:r>
          </w:p>
          <w:p w14:paraId="72C8F89D" w14:textId="77777777" w:rsidR="00A9597F" w:rsidRDefault="00000000">
            <w:r>
              <w:t>__________________________________________</w:t>
            </w:r>
          </w:p>
        </w:tc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2F69A38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VETERINARY HOSPITAL OR ORGANIZATION</w:t>
            </w:r>
          </w:p>
          <w:p w14:paraId="6987217F" w14:textId="77777777" w:rsidR="00A9597F" w:rsidRDefault="00000000">
            <w:r>
              <w:t>__________________________________________</w:t>
            </w:r>
          </w:p>
        </w:tc>
      </w:tr>
      <w:tr w:rsidR="00A9597F" w14:paraId="46843992" w14:textId="77777777">
        <w:trPr>
          <w:jc w:val="center"/>
        </w:trPr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FB40234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FACILITATOR</w:t>
            </w:r>
          </w:p>
          <w:p w14:paraId="67C57CC6" w14:textId="77777777" w:rsidR="00A9597F" w:rsidRDefault="00000000">
            <w:r>
              <w:t>__________________________________________</w:t>
            </w:r>
          </w:p>
        </w:tc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E50B822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DATE</w:t>
            </w:r>
          </w:p>
          <w:p w14:paraId="19B4C207" w14:textId="77777777" w:rsidR="00A9597F" w:rsidRDefault="00000000">
            <w:r>
              <w:t>__________________________________________</w:t>
            </w:r>
          </w:p>
        </w:tc>
      </w:tr>
    </w:tbl>
    <w:p w14:paraId="59A16443" w14:textId="77777777" w:rsidR="00A9597F" w:rsidRDefault="00000000">
      <w:pPr>
        <w:spacing w:before="20" w:after="20" w:line="240" w:lineRule="auto"/>
      </w:pPr>
      <w:r>
        <w:rPr>
          <w:rFonts w:ascii="Arial" w:hAnsi="Arial"/>
          <w:b/>
          <w:sz w:val="34"/>
        </w:rPr>
        <w:t>Choose Our Team Focus</w:t>
      </w:r>
    </w:p>
    <w:p w14:paraId="1F905075" w14:textId="77777777" w:rsidR="00A9597F" w:rsidRDefault="00000000">
      <w:pPr>
        <w:spacing w:after="80" w:line="240" w:lineRule="auto"/>
        <w:rPr>
          <w:rFonts w:ascii="Arial" w:hAnsi="Arial"/>
          <w:color w:val="6F7F77"/>
          <w:sz w:val="17"/>
        </w:rPr>
      </w:pPr>
      <w:r>
        <w:rPr>
          <w:rFonts w:ascii="Arial" w:hAnsi="Arial"/>
          <w:color w:val="6F7F77"/>
          <w:sz w:val="17"/>
        </w:rPr>
        <w:t>Which relational shift would make the most meaningful difference for the team right now?</w:t>
      </w:r>
    </w:p>
    <w:p w14:paraId="39BF6FAC" w14:textId="77777777" w:rsidR="009866C7" w:rsidRDefault="009866C7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A9597F" w14:paraId="3C0021C1" w14:textId="77777777">
        <w:trPr>
          <w:jc w:val="center"/>
        </w:trPr>
        <w:tc>
          <w:tcPr>
            <w:tcW w:w="3168" w:type="dxa"/>
            <w:tcBorders>
              <w:top w:val="single" w:sz="4" w:space="0" w:color="D8E0DC"/>
              <w:left w:val="single" w:sz="4" w:space="0" w:color="D8E0DC"/>
              <w:bottom w:val="single" w:sz="4" w:space="0" w:color="D8E0DC"/>
              <w:right w:val="single" w:sz="4" w:space="0" w:color="D8E0DC"/>
            </w:tcBorders>
            <w:shd w:val="clear" w:color="auto" w:fill="F4ECE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6B647A" w14:textId="77777777" w:rsidR="00A9597F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2C81F22C" wp14:editId="10343B15">
                  <wp:extent cx="338328" cy="33868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8" cy="338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z w:val="15"/>
              </w:rPr>
              <w:t xml:space="preserve">  ☐ TRUST</w:t>
            </w:r>
            <w:r>
              <w:rPr>
                <w:rFonts w:ascii="Arial" w:hAnsi="Arial"/>
                <w:i/>
                <w:color w:val="986D45"/>
                <w:sz w:val="13"/>
              </w:rPr>
              <w:br/>
              <w:t xml:space="preserve">      The Soil</w:t>
            </w:r>
          </w:p>
        </w:tc>
        <w:tc>
          <w:tcPr>
            <w:tcW w:w="3168" w:type="dxa"/>
            <w:tcBorders>
              <w:top w:val="single" w:sz="4" w:space="0" w:color="D8E0DC"/>
              <w:left w:val="single" w:sz="4" w:space="0" w:color="D8E0DC"/>
              <w:bottom w:val="single" w:sz="4" w:space="0" w:color="D8E0DC"/>
              <w:right w:val="single" w:sz="4" w:space="0" w:color="D8E0DC"/>
            </w:tcBorders>
            <w:shd w:val="clear" w:color="auto" w:fill="E8F4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FAA390" w14:textId="77777777" w:rsidR="00A9597F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3ECB57D7" wp14:editId="19F5AA53">
                  <wp:extent cx="338328" cy="34393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8" cy="343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z w:val="15"/>
              </w:rPr>
              <w:t xml:space="preserve">  ☐ COMMUNICATION</w:t>
            </w:r>
            <w:r>
              <w:rPr>
                <w:rFonts w:ascii="Arial" w:hAnsi="Arial"/>
                <w:i/>
                <w:color w:val="2E918E"/>
                <w:sz w:val="13"/>
              </w:rPr>
              <w:br/>
              <w:t xml:space="preserve">      The Roots</w:t>
            </w:r>
          </w:p>
        </w:tc>
        <w:tc>
          <w:tcPr>
            <w:tcW w:w="3168" w:type="dxa"/>
            <w:tcBorders>
              <w:top w:val="single" w:sz="4" w:space="0" w:color="D8E0DC"/>
              <w:left w:val="single" w:sz="4" w:space="0" w:color="D8E0DC"/>
              <w:bottom w:val="single" w:sz="4" w:space="0" w:color="D8E0DC"/>
              <w:right w:val="single" w:sz="4" w:space="0" w:color="D8E0DC"/>
            </w:tcBorders>
            <w:shd w:val="clear" w:color="auto" w:fill="E8F0F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61C645" w14:textId="77777777" w:rsidR="00A9597F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0093F61E" wp14:editId="475586B5">
                  <wp:extent cx="338328" cy="3704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8" cy="37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z w:val="15"/>
              </w:rPr>
              <w:t xml:space="preserve">  ☐ COMMITMENT</w:t>
            </w:r>
            <w:r>
              <w:rPr>
                <w:rFonts w:ascii="Arial" w:hAnsi="Arial"/>
                <w:i/>
                <w:color w:val="3D6680"/>
                <w:sz w:val="13"/>
              </w:rPr>
              <w:br/>
              <w:t xml:space="preserve">      The Trunk</w:t>
            </w:r>
          </w:p>
        </w:tc>
      </w:tr>
      <w:tr w:rsidR="00A9597F" w14:paraId="35BFBA13" w14:textId="77777777">
        <w:trPr>
          <w:jc w:val="center"/>
        </w:trPr>
        <w:tc>
          <w:tcPr>
            <w:tcW w:w="3168" w:type="dxa"/>
            <w:tcBorders>
              <w:top w:val="single" w:sz="4" w:space="0" w:color="D8E0DC"/>
              <w:left w:val="single" w:sz="4" w:space="0" w:color="D8E0DC"/>
              <w:bottom w:val="single" w:sz="4" w:space="0" w:color="D8E0DC"/>
              <w:right w:val="single" w:sz="4" w:space="0" w:color="D8E0DC"/>
            </w:tcBorders>
            <w:shd w:val="clear" w:color="auto" w:fill="FBF1D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1BB709" w14:textId="77777777" w:rsidR="00A9597F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371DB53B" wp14:editId="09BE77D2">
                  <wp:extent cx="338328" cy="344947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8" cy="344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z w:val="15"/>
              </w:rPr>
              <w:t xml:space="preserve">  ☐ ACCOUNTABILITY</w:t>
            </w:r>
            <w:r>
              <w:rPr>
                <w:rFonts w:ascii="Arial" w:hAnsi="Arial"/>
                <w:i/>
                <w:color w:val="B37A32"/>
                <w:sz w:val="13"/>
              </w:rPr>
              <w:br/>
              <w:t xml:space="preserve">      The Fiber</w:t>
            </w:r>
          </w:p>
        </w:tc>
        <w:tc>
          <w:tcPr>
            <w:tcW w:w="3168" w:type="dxa"/>
            <w:tcBorders>
              <w:top w:val="single" w:sz="4" w:space="0" w:color="D8E0DC"/>
              <w:left w:val="single" w:sz="4" w:space="0" w:color="D8E0DC"/>
              <w:bottom w:val="single" w:sz="4" w:space="0" w:color="D8E0DC"/>
              <w:right w:val="single" w:sz="4" w:space="0" w:color="D8E0DC"/>
            </w:tcBorders>
            <w:shd w:val="clear" w:color="auto" w:fill="EDF5E9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49D0DF" w14:textId="77777777" w:rsidR="00A9597F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6B076F87" wp14:editId="174E8FBF">
                  <wp:extent cx="338328" cy="34394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8" cy="343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z w:val="15"/>
              </w:rPr>
              <w:t xml:space="preserve">  ☐ WELLBEING</w:t>
            </w:r>
            <w:r>
              <w:rPr>
                <w:rFonts w:ascii="Arial" w:hAnsi="Arial"/>
                <w:i/>
                <w:color w:val="64965C"/>
                <w:sz w:val="13"/>
              </w:rPr>
              <w:br/>
              <w:t xml:space="preserve">      The Nutrients</w:t>
            </w:r>
          </w:p>
        </w:tc>
        <w:tc>
          <w:tcPr>
            <w:tcW w:w="3168" w:type="dxa"/>
            <w:tcBorders>
              <w:top w:val="single" w:sz="4" w:space="0" w:color="D8E0DC"/>
              <w:left w:val="single" w:sz="4" w:space="0" w:color="D8E0DC"/>
              <w:bottom w:val="single" w:sz="4" w:space="0" w:color="D8E0DC"/>
              <w:right w:val="single" w:sz="4" w:space="0" w:color="D8E0DC"/>
            </w:tcBorders>
            <w:shd w:val="clear" w:color="auto" w:fill="F9E9E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DEFDE9" w14:textId="77777777" w:rsidR="00A9597F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3BED560C" wp14:editId="1B0AE506">
                  <wp:extent cx="338328" cy="344828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8" cy="344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z w:val="15"/>
              </w:rPr>
              <w:t xml:space="preserve">  ☐ RESULTS</w:t>
            </w:r>
            <w:r>
              <w:rPr>
                <w:rFonts w:ascii="Arial" w:hAnsi="Arial"/>
                <w:i/>
                <w:color w:val="BF5070"/>
                <w:sz w:val="13"/>
              </w:rPr>
              <w:br/>
              <w:t xml:space="preserve">      The Bloom</w:t>
            </w:r>
          </w:p>
        </w:tc>
      </w:tr>
    </w:tbl>
    <w:p w14:paraId="2E42A9EF" w14:textId="77777777" w:rsidR="009866C7" w:rsidRDefault="009866C7">
      <w:pPr>
        <w:spacing w:before="20" w:after="20" w:line="240" w:lineRule="auto"/>
        <w:rPr>
          <w:rFonts w:ascii="Arial" w:hAnsi="Arial"/>
          <w:b/>
          <w:sz w:val="16"/>
        </w:rPr>
      </w:pPr>
    </w:p>
    <w:p w14:paraId="17522A12" w14:textId="002BE025" w:rsidR="00A9597F" w:rsidRDefault="00000000">
      <w:pPr>
        <w:spacing w:before="20" w:after="20" w:line="240" w:lineRule="auto"/>
      </w:pPr>
      <w:r>
        <w:rPr>
          <w:rFonts w:ascii="Arial" w:hAnsi="Arial"/>
          <w:b/>
          <w:sz w:val="16"/>
        </w:rPr>
        <w:t>Why this focus matters to our team now</w:t>
      </w:r>
    </w:p>
    <w:p w14:paraId="4624ACBC" w14:textId="129ECBF6" w:rsidR="00A9597F" w:rsidRDefault="00A9597F">
      <w:pPr>
        <w:spacing w:after="20" w:line="192" w:lineRule="auto"/>
      </w:pPr>
    </w:p>
    <w:p w14:paraId="08038AFB" w14:textId="4EF596D6" w:rsidR="00A9597F" w:rsidRDefault="00000000">
      <w:pPr>
        <w:spacing w:after="20" w:line="192" w:lineRule="auto"/>
        <w:rPr>
          <w:rFonts w:ascii="Arial" w:hAnsi="Arial"/>
          <w:color w:val="9CACB4"/>
          <w:sz w:val="13"/>
        </w:rPr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</w:t>
      </w:r>
      <w:r w:rsidR="001E2FD3">
        <w:rPr>
          <w:rFonts w:ascii="Arial" w:hAnsi="Arial"/>
          <w:color w:val="9CACB4"/>
          <w:sz w:val="13"/>
        </w:rPr>
        <w:t>_________________________________________</w:t>
      </w:r>
    </w:p>
    <w:p w14:paraId="07C4CCF4" w14:textId="77777777" w:rsidR="00A6347E" w:rsidRDefault="00A6347E">
      <w:pPr>
        <w:spacing w:after="20" w:line="192" w:lineRule="auto"/>
        <w:rPr>
          <w:rFonts w:ascii="Arial" w:hAnsi="Arial"/>
          <w:color w:val="9CACB4"/>
          <w:sz w:val="13"/>
        </w:rPr>
      </w:pPr>
    </w:p>
    <w:p w14:paraId="24F52F20" w14:textId="77777777" w:rsidR="004E6C5C" w:rsidRPr="004E6C5C" w:rsidRDefault="004E6C5C" w:rsidP="004E6C5C">
      <w:pPr>
        <w:spacing w:before="200" w:after="60" w:line="259" w:lineRule="auto"/>
        <w:rPr>
          <w:color w:val="auto"/>
          <w:sz w:val="21"/>
        </w:rPr>
      </w:pPr>
      <w:r w:rsidRPr="004E6C5C">
        <w:rPr>
          <w:b/>
          <w:color w:val="24312B"/>
          <w:sz w:val="23"/>
        </w:rPr>
        <w:t>HOW THIS SUPPORTS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56"/>
        <w:gridCol w:w="2088"/>
        <w:gridCol w:w="2880"/>
        <w:gridCol w:w="3888"/>
      </w:tblGrid>
      <w:tr w:rsidR="004E6C5C" w:rsidRPr="004E6C5C" w14:paraId="0C67BEE7" w14:textId="77777777" w:rsidTr="000A691C"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5" w:type="dxa"/>
              <w:bottom w:w="60" w:type="dxa"/>
              <w:right w:w="10" w:type="dxa"/>
            </w:tcMar>
          </w:tcPr>
          <w:p w14:paraId="6D1D958C" w14:textId="77777777" w:rsidR="004E6C5C" w:rsidRPr="004E6C5C" w:rsidRDefault="004E6C5C" w:rsidP="004E6C5C">
            <w:pPr>
              <w:spacing w:after="0" w:line="240" w:lineRule="auto"/>
              <w:rPr>
                <w:color w:val="auto"/>
                <w:sz w:val="21"/>
              </w:rPr>
            </w:pPr>
            <w:r w:rsidRPr="004E6C5C">
              <w:rPr>
                <w:color w:val="2C8C87"/>
                <w:sz w:val="25"/>
              </w:rPr>
              <w:t xml:space="preserve">☐ </w:t>
            </w:r>
            <w:r w:rsidRPr="004E6C5C">
              <w:rPr>
                <w:color w:val="24312B"/>
                <w:sz w:val="20"/>
              </w:rPr>
              <w:t>The Pet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5" w:type="dxa"/>
              <w:bottom w:w="60" w:type="dxa"/>
              <w:right w:w="10" w:type="dxa"/>
            </w:tcMar>
          </w:tcPr>
          <w:p w14:paraId="22FEFB2C" w14:textId="77777777" w:rsidR="004E6C5C" w:rsidRPr="004E6C5C" w:rsidRDefault="004E6C5C" w:rsidP="004E6C5C">
            <w:pPr>
              <w:spacing w:after="0" w:line="240" w:lineRule="auto"/>
              <w:rPr>
                <w:color w:val="auto"/>
                <w:sz w:val="21"/>
              </w:rPr>
            </w:pPr>
            <w:r w:rsidRPr="004E6C5C">
              <w:rPr>
                <w:color w:val="2C8C87"/>
                <w:sz w:val="25"/>
              </w:rPr>
              <w:t xml:space="preserve">☐ </w:t>
            </w:r>
            <w:r w:rsidRPr="004E6C5C">
              <w:rPr>
                <w:color w:val="24312B"/>
                <w:sz w:val="20"/>
              </w:rPr>
              <w:t>The Pet Owner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5" w:type="dxa"/>
              <w:bottom w:w="60" w:type="dxa"/>
              <w:right w:w="10" w:type="dxa"/>
            </w:tcMar>
          </w:tcPr>
          <w:p w14:paraId="2AF67C43" w14:textId="77777777" w:rsidR="004E6C5C" w:rsidRPr="004E6C5C" w:rsidRDefault="004E6C5C" w:rsidP="004E6C5C">
            <w:pPr>
              <w:spacing w:after="0" w:line="240" w:lineRule="auto"/>
              <w:rPr>
                <w:color w:val="auto"/>
                <w:sz w:val="21"/>
              </w:rPr>
            </w:pPr>
            <w:r w:rsidRPr="004E6C5C">
              <w:rPr>
                <w:color w:val="2C8C87"/>
                <w:sz w:val="25"/>
              </w:rPr>
              <w:t xml:space="preserve">☐ </w:t>
            </w:r>
            <w:r w:rsidRPr="004E6C5C">
              <w:rPr>
                <w:color w:val="24312B"/>
                <w:sz w:val="20"/>
              </w:rPr>
              <w:t>The Veterinary Team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5" w:type="dxa"/>
              <w:bottom w:w="60" w:type="dxa"/>
              <w:right w:w="10" w:type="dxa"/>
            </w:tcMar>
          </w:tcPr>
          <w:p w14:paraId="4D09CF6F" w14:textId="77777777" w:rsidR="004E6C5C" w:rsidRPr="004E6C5C" w:rsidRDefault="004E6C5C" w:rsidP="004E6C5C">
            <w:pPr>
              <w:spacing w:after="0" w:line="240" w:lineRule="auto"/>
              <w:rPr>
                <w:color w:val="auto"/>
                <w:sz w:val="21"/>
              </w:rPr>
            </w:pPr>
            <w:r w:rsidRPr="004E6C5C">
              <w:rPr>
                <w:color w:val="2C8C87"/>
                <w:sz w:val="25"/>
              </w:rPr>
              <w:t xml:space="preserve">☐ </w:t>
            </w:r>
            <w:r w:rsidRPr="004E6C5C">
              <w:rPr>
                <w:color w:val="24312B"/>
                <w:sz w:val="20"/>
              </w:rPr>
              <w:t>The Veterinary Hospital</w:t>
            </w:r>
          </w:p>
        </w:tc>
      </w:tr>
    </w:tbl>
    <w:p w14:paraId="38C14EA1" w14:textId="4393682D" w:rsidR="00A6347E" w:rsidRDefault="004E6C5C">
      <w:pPr>
        <w:spacing w:after="20" w:line="192" w:lineRule="auto"/>
        <w:rPr>
          <w:rFonts w:ascii="Arial" w:hAnsi="Arial"/>
          <w:color w:val="9CACB4"/>
          <w:sz w:val="13"/>
        </w:rPr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______________________________________________________________________________________________________________________________________</w:t>
      </w:r>
    </w:p>
    <w:p w14:paraId="54C27D8C" w14:textId="77777777" w:rsidR="004E6C5C" w:rsidRDefault="004E6C5C">
      <w:pPr>
        <w:spacing w:after="20" w:line="192" w:lineRule="auto"/>
        <w:rPr>
          <w:rFonts w:ascii="Arial" w:hAnsi="Arial"/>
          <w:color w:val="9CACB4"/>
          <w:sz w:val="13"/>
        </w:rPr>
      </w:pPr>
    </w:p>
    <w:p w14:paraId="55BCF5DF" w14:textId="20D65848" w:rsidR="004E6C5C" w:rsidRDefault="004E6C5C">
      <w:pPr>
        <w:spacing w:after="20" w:line="192" w:lineRule="auto"/>
        <w:rPr>
          <w:rFonts w:ascii="Arial" w:hAnsi="Arial"/>
          <w:color w:val="9CACB4"/>
          <w:sz w:val="13"/>
        </w:rPr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______________________________________________________________________________________________________________________________________</w:t>
      </w:r>
    </w:p>
    <w:p w14:paraId="780E115B" w14:textId="77777777" w:rsidR="00654EDB" w:rsidRDefault="00654EDB">
      <w:pPr>
        <w:spacing w:after="20" w:line="19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"/>
        <w:gridCol w:w="1699"/>
        <w:gridCol w:w="7171"/>
      </w:tblGrid>
      <w:tr w:rsidR="00A9597F" w14:paraId="4090E7D0" w14:textId="77777777">
        <w:trPr>
          <w:jc w:val="center"/>
        </w:trPr>
        <w:tc>
          <w:tcPr>
            <w:tcW w:w="691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986D4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F77B21" w14:textId="77777777" w:rsidR="00A9597F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S</w:t>
            </w:r>
          </w:p>
        </w:tc>
        <w:tc>
          <w:tcPr>
            <w:tcW w:w="1699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4ECE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3B6074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SPECIFIC</w:t>
            </w:r>
          </w:p>
        </w:tc>
        <w:tc>
          <w:tcPr>
            <w:tcW w:w="7171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F01636" w14:textId="77777777" w:rsidR="00A9597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What exactly are we trying to improve?</w:t>
            </w:r>
          </w:p>
        </w:tc>
      </w:tr>
    </w:tbl>
    <w:p w14:paraId="1219FA5F" w14:textId="77777777" w:rsidR="00A9597F" w:rsidRDefault="00A9597F">
      <w:pPr>
        <w:spacing w:after="20" w:line="240" w:lineRule="auto"/>
      </w:pPr>
    </w:p>
    <w:p w14:paraId="09A6BFE5" w14:textId="77777777" w:rsidR="00A9597F" w:rsidRDefault="00000000">
      <w:pPr>
        <w:spacing w:before="20" w:after="20" w:line="240" w:lineRule="auto"/>
      </w:pPr>
      <w:r>
        <w:rPr>
          <w:rFonts w:ascii="Arial" w:hAnsi="Arial"/>
          <w:b/>
          <w:sz w:val="16"/>
        </w:rPr>
        <w:t>Our specific improvement</w:t>
      </w:r>
      <w:r>
        <w:rPr>
          <w:rFonts w:ascii="Arial" w:hAnsi="Arial"/>
          <w:i/>
          <w:color w:val="6F7F77"/>
          <w:sz w:val="15"/>
        </w:rPr>
        <w:t xml:space="preserve">  Name one observable behavior, practice, or result.</w:t>
      </w:r>
    </w:p>
    <w:p w14:paraId="240A1095" w14:textId="0E6B0739" w:rsidR="00A9597F" w:rsidRDefault="00000000">
      <w:pPr>
        <w:spacing w:after="20" w:line="192" w:lineRule="auto"/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</w:t>
      </w:r>
      <w:r w:rsidR="001E2FD3">
        <w:t>____________________________________</w:t>
      </w:r>
    </w:p>
    <w:p w14:paraId="312AE7DE" w14:textId="77777777" w:rsidR="00A9597F" w:rsidRDefault="00000000">
      <w:pPr>
        <w:spacing w:before="20" w:after="20" w:line="240" w:lineRule="auto"/>
      </w:pPr>
      <w:r>
        <w:rPr>
          <w:rFonts w:ascii="Arial" w:hAnsi="Arial"/>
          <w:b/>
          <w:sz w:val="16"/>
        </w:rPr>
        <w:t>Who or what will experience the difference?</w:t>
      </w:r>
    </w:p>
    <w:p w14:paraId="560DEAEA" w14:textId="29A80F70" w:rsidR="00A9597F" w:rsidRDefault="00000000">
      <w:pPr>
        <w:spacing w:after="20" w:line="192" w:lineRule="auto"/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</w:t>
      </w:r>
      <w:r w:rsidR="001E2FD3">
        <w:rPr>
          <w:rFonts w:ascii="Arial" w:hAnsi="Arial"/>
          <w:color w:val="9CACB4"/>
          <w:sz w:val="13"/>
        </w:rPr>
        <w:t>_________________________________________</w:t>
      </w:r>
    </w:p>
    <w:p w14:paraId="6EFA06D8" w14:textId="77777777" w:rsidR="00A9597F" w:rsidRDefault="00000000">
      <w:pPr>
        <w:spacing w:before="20" w:after="20" w:line="240" w:lineRule="auto"/>
      </w:pPr>
      <w:r>
        <w:rPr>
          <w:rFonts w:ascii="Arial" w:hAnsi="Arial"/>
          <w:b/>
          <w:sz w:val="16"/>
        </w:rPr>
        <w:t>Our one-sentence team goal</w:t>
      </w:r>
      <w:r>
        <w:rPr>
          <w:rFonts w:ascii="Arial" w:hAnsi="Arial"/>
          <w:i/>
          <w:color w:val="6F7F77"/>
          <w:sz w:val="15"/>
        </w:rPr>
        <w:t xml:space="preserve">  By the 30-day review, our team will...</w:t>
      </w:r>
    </w:p>
    <w:p w14:paraId="68444063" w14:textId="0FFD780E" w:rsidR="00A9597F" w:rsidRDefault="00000000">
      <w:pPr>
        <w:spacing w:after="20" w:line="192" w:lineRule="auto"/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</w:t>
      </w:r>
      <w:r w:rsidR="001E2FD3">
        <w:t>____________________________________</w:t>
      </w:r>
    </w:p>
    <w:p w14:paraId="2A3F7F70" w14:textId="77777777" w:rsidR="00654EDB" w:rsidRDefault="00654EDB">
      <w:pPr>
        <w:spacing w:after="20" w:line="19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"/>
        <w:gridCol w:w="1699"/>
        <w:gridCol w:w="7171"/>
      </w:tblGrid>
      <w:tr w:rsidR="00A9597F" w14:paraId="6729C667" w14:textId="77777777">
        <w:trPr>
          <w:jc w:val="center"/>
        </w:trPr>
        <w:tc>
          <w:tcPr>
            <w:tcW w:w="691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2E918E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66FA12" w14:textId="77777777" w:rsidR="00A9597F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M</w:t>
            </w:r>
          </w:p>
        </w:tc>
        <w:tc>
          <w:tcPr>
            <w:tcW w:w="1699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8F4F2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9451CB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MEASURABLE</w:t>
            </w:r>
          </w:p>
        </w:tc>
        <w:tc>
          <w:tcPr>
            <w:tcW w:w="7171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1296A3" w14:textId="77777777" w:rsidR="00A9597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How will we know progress is occurring?</w:t>
            </w:r>
          </w:p>
        </w:tc>
      </w:tr>
    </w:tbl>
    <w:p w14:paraId="48AD396E" w14:textId="77777777" w:rsidR="00A9597F" w:rsidRDefault="00A9597F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A9597F" w14:paraId="5EBE2964" w14:textId="77777777">
        <w:trPr>
          <w:jc w:val="center"/>
        </w:trPr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8810CE6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CURRENT STATE</w:t>
            </w:r>
          </w:p>
          <w:p w14:paraId="49D8A886" w14:textId="77777777" w:rsidR="00A9597F" w:rsidRDefault="00000000">
            <w:r>
              <w:t>__________________________________________</w:t>
            </w:r>
          </w:p>
        </w:tc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7C5F5C6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DESIRED 30 DAY OUTCOME</w:t>
            </w:r>
          </w:p>
          <w:p w14:paraId="20725F49" w14:textId="77777777" w:rsidR="00A9597F" w:rsidRDefault="00000000">
            <w:r>
              <w:t>__________________________________________</w:t>
            </w:r>
          </w:p>
        </w:tc>
      </w:tr>
    </w:tbl>
    <w:p w14:paraId="4046D22C" w14:textId="77777777" w:rsidR="00A9597F" w:rsidRDefault="00000000">
      <w:pPr>
        <w:spacing w:before="20" w:after="20" w:line="240" w:lineRule="auto"/>
        <w:rPr>
          <w:rFonts w:ascii="Arial" w:hAnsi="Arial"/>
          <w:i/>
          <w:color w:val="6F7F77"/>
          <w:sz w:val="15"/>
        </w:rPr>
      </w:pPr>
      <w:r>
        <w:rPr>
          <w:rFonts w:ascii="Arial" w:hAnsi="Arial"/>
          <w:b/>
          <w:sz w:val="16"/>
        </w:rPr>
        <w:t>Evidence we will notice or track</w:t>
      </w:r>
      <w:r>
        <w:rPr>
          <w:rFonts w:ascii="Arial" w:hAnsi="Arial"/>
          <w:i/>
          <w:color w:val="6F7F77"/>
          <w:sz w:val="15"/>
        </w:rPr>
        <w:t xml:space="preserve">  What will we see, hear, count, or experience?</w:t>
      </w:r>
    </w:p>
    <w:p w14:paraId="0DF0FD3B" w14:textId="77777777" w:rsidR="004C5F6E" w:rsidRDefault="004C5F6E">
      <w:pPr>
        <w:spacing w:before="20" w:after="20" w:line="240" w:lineRule="auto"/>
      </w:pPr>
    </w:p>
    <w:p w14:paraId="77F9AA96" w14:textId="597AAE5D" w:rsidR="00A9597F" w:rsidRDefault="00000000">
      <w:pPr>
        <w:spacing w:after="20" w:line="192" w:lineRule="auto"/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</w:t>
      </w:r>
      <w:r w:rsidR="001E2FD3">
        <w:rPr>
          <w:rFonts w:ascii="Arial" w:hAnsi="Arial"/>
          <w:color w:val="9CACB4"/>
          <w:sz w:val="13"/>
        </w:rPr>
        <w:t>_________________________________________</w:t>
      </w:r>
    </w:p>
    <w:p w14:paraId="40123D12" w14:textId="77777777" w:rsidR="00A9597F" w:rsidRDefault="00000000">
      <w:r>
        <w:br w:type="page"/>
      </w:r>
    </w:p>
    <w:p w14:paraId="16BDA9B1" w14:textId="77777777" w:rsidR="00A9597F" w:rsidRDefault="00000000">
      <w:pPr>
        <w:spacing w:before="20" w:after="20" w:line="240" w:lineRule="auto"/>
      </w:pPr>
      <w:r>
        <w:rPr>
          <w:rFonts w:ascii="Arial" w:hAnsi="Arial"/>
          <w:b/>
          <w:sz w:val="34"/>
        </w:rPr>
        <w:lastRenderedPageBreak/>
        <w:t>Turn Our Goal Into Action</w:t>
      </w:r>
    </w:p>
    <w:p w14:paraId="0523B017" w14:textId="77777777" w:rsidR="00A9597F" w:rsidRDefault="00000000">
      <w:pPr>
        <w:spacing w:after="80" w:line="240" w:lineRule="auto"/>
      </w:pPr>
      <w:r>
        <w:rPr>
          <w:rFonts w:ascii="Arial" w:hAnsi="Arial"/>
          <w:color w:val="6F7F77"/>
          <w:sz w:val="17"/>
        </w:rPr>
        <w:t>Choose a small number of actions the team can begin, support, and review together.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"/>
        <w:gridCol w:w="1699"/>
        <w:gridCol w:w="7171"/>
      </w:tblGrid>
      <w:tr w:rsidR="00A9597F" w14:paraId="06CD5668" w14:textId="77777777">
        <w:trPr>
          <w:jc w:val="center"/>
        </w:trPr>
        <w:tc>
          <w:tcPr>
            <w:tcW w:w="691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3D6680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270C17" w14:textId="77777777" w:rsidR="00A9597F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</w:t>
            </w:r>
          </w:p>
        </w:tc>
        <w:tc>
          <w:tcPr>
            <w:tcW w:w="1699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8F0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07AEDE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ACTIONABLE</w:t>
            </w:r>
          </w:p>
        </w:tc>
        <w:tc>
          <w:tcPr>
            <w:tcW w:w="7171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CC2C53" w14:textId="77777777" w:rsidR="00A9597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What actions will we take?</w:t>
            </w:r>
          </w:p>
        </w:tc>
      </w:tr>
    </w:tbl>
    <w:p w14:paraId="5D3BD05B" w14:textId="77777777" w:rsidR="008E479E" w:rsidRPr="008E479E" w:rsidRDefault="008E479E" w:rsidP="008E479E"/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187"/>
        <w:gridCol w:w="1699"/>
        <w:gridCol w:w="3226"/>
        <w:gridCol w:w="1728"/>
        <w:gridCol w:w="2160"/>
        <w:gridCol w:w="57"/>
      </w:tblGrid>
      <w:tr w:rsidR="00A9597F" w14:paraId="3F4025B1" w14:textId="77777777" w:rsidTr="008E479E">
        <w:trPr>
          <w:gridAfter w:val="1"/>
          <w:wAfter w:w="37" w:type="dxa"/>
        </w:trPr>
        <w:tc>
          <w:tcPr>
            <w:tcW w:w="504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3D6680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715D1A" w14:textId="77777777" w:rsidR="00A9597F" w:rsidRDefault="00A9597F" w:rsidP="008E479E">
            <w:pPr>
              <w:spacing w:after="0"/>
              <w:jc w:val="center"/>
            </w:pPr>
          </w:p>
        </w:tc>
        <w:tc>
          <w:tcPr>
            <w:tcW w:w="5112" w:type="dxa"/>
            <w:gridSpan w:val="3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3D6680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0D79C0" w14:textId="77777777" w:rsidR="00A9597F" w:rsidRDefault="00000000" w:rsidP="008E479E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ACTION</w:t>
            </w:r>
          </w:p>
        </w:tc>
        <w:tc>
          <w:tcPr>
            <w:tcW w:w="172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3D6680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048349" w14:textId="77777777" w:rsidR="00A9597F" w:rsidRDefault="00000000" w:rsidP="008E479E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OWNER</w:t>
            </w:r>
          </w:p>
        </w:tc>
        <w:tc>
          <w:tcPr>
            <w:tcW w:w="21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3D6680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2D3466" w14:textId="77777777" w:rsidR="00A9597F" w:rsidRDefault="00000000" w:rsidP="008E479E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FIRST STEP</w:t>
            </w:r>
          </w:p>
        </w:tc>
      </w:tr>
      <w:tr w:rsidR="00A9597F" w14:paraId="0ECA7C2B" w14:textId="77777777" w:rsidTr="008E479E">
        <w:trPr>
          <w:gridAfter w:val="1"/>
          <w:wAfter w:w="37" w:type="dxa"/>
        </w:trPr>
        <w:tc>
          <w:tcPr>
            <w:tcW w:w="504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F2BBDD" w14:textId="77777777" w:rsidR="00A9597F" w:rsidRDefault="00000000" w:rsidP="008E479E"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1</w:t>
            </w:r>
          </w:p>
        </w:tc>
        <w:tc>
          <w:tcPr>
            <w:tcW w:w="5112" w:type="dxa"/>
            <w:gridSpan w:val="3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1DC87A" w14:textId="77777777" w:rsidR="00A9597F" w:rsidRDefault="00000000" w:rsidP="008E479E">
            <w:pPr>
              <w:spacing w:after="140"/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172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A0DD31" w14:textId="77777777" w:rsidR="00A9597F" w:rsidRDefault="00000000" w:rsidP="008E479E">
            <w:pPr>
              <w:spacing w:after="140"/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1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5277CA" w14:textId="77777777" w:rsidR="00A9597F" w:rsidRDefault="00000000" w:rsidP="008E479E">
            <w:pPr>
              <w:spacing w:after="14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A9597F" w14:paraId="11A5BC65" w14:textId="77777777" w:rsidTr="008E479E">
        <w:trPr>
          <w:gridAfter w:val="1"/>
          <w:wAfter w:w="37" w:type="dxa"/>
        </w:trPr>
        <w:tc>
          <w:tcPr>
            <w:tcW w:w="504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0A33CC" w14:textId="77777777" w:rsidR="00A9597F" w:rsidRDefault="00000000" w:rsidP="008E479E"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2</w:t>
            </w:r>
          </w:p>
        </w:tc>
        <w:tc>
          <w:tcPr>
            <w:tcW w:w="5112" w:type="dxa"/>
            <w:gridSpan w:val="3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5F7F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71D919" w14:textId="77777777" w:rsidR="00A9597F" w:rsidRDefault="00000000" w:rsidP="008E479E">
            <w:pPr>
              <w:spacing w:after="140"/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172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5F7F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A27292" w14:textId="77777777" w:rsidR="00A9597F" w:rsidRDefault="00000000" w:rsidP="008E479E">
            <w:pPr>
              <w:spacing w:after="140"/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1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5F7F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120064" w14:textId="77777777" w:rsidR="00A9597F" w:rsidRDefault="00000000" w:rsidP="008E479E">
            <w:pPr>
              <w:spacing w:after="14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A9597F" w14:paraId="2FFAE700" w14:textId="77777777" w:rsidTr="008E479E">
        <w:trPr>
          <w:gridAfter w:val="1"/>
          <w:wAfter w:w="37" w:type="dxa"/>
        </w:trPr>
        <w:tc>
          <w:tcPr>
            <w:tcW w:w="504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A0A774" w14:textId="77777777" w:rsidR="008E479E" w:rsidRDefault="008E479E" w:rsidP="008E479E">
            <w:pPr>
              <w:spacing w:after="0"/>
              <w:jc w:val="center"/>
              <w:rPr>
                <w:rFonts w:ascii="Arial" w:hAnsi="Arial"/>
                <w:b/>
                <w:sz w:val="16"/>
              </w:rPr>
            </w:pPr>
          </w:p>
          <w:p w14:paraId="1E392DC9" w14:textId="39B8CD16" w:rsidR="00A9597F" w:rsidRDefault="00000000" w:rsidP="008E479E"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3</w:t>
            </w:r>
          </w:p>
        </w:tc>
        <w:tc>
          <w:tcPr>
            <w:tcW w:w="5112" w:type="dxa"/>
            <w:gridSpan w:val="3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9E2940" w14:textId="77777777" w:rsidR="00A9597F" w:rsidRDefault="00000000" w:rsidP="008E479E">
            <w:pPr>
              <w:spacing w:after="140"/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1728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A13CB0" w14:textId="77777777" w:rsidR="00A9597F" w:rsidRDefault="00000000" w:rsidP="008E479E">
            <w:pPr>
              <w:spacing w:after="140"/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160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A20DDF" w14:textId="3707B924" w:rsidR="008E479E" w:rsidRDefault="00000000" w:rsidP="008E479E">
            <w:pPr>
              <w:spacing w:after="14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A9597F" w14:paraId="7AFFAC21" w14:textId="77777777" w:rsidTr="008E479E">
        <w:tc>
          <w:tcPr>
            <w:tcW w:w="691" w:type="dxa"/>
            <w:gridSpan w:val="2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64965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7CAD50" w14:textId="0B44B42F" w:rsidR="00A9597F" w:rsidRDefault="00000000" w:rsidP="008E479E">
            <w:pPr>
              <w:spacing w:after="0"/>
            </w:pPr>
            <w:r>
              <w:rPr>
                <w:rFonts w:ascii="Arial" w:hAnsi="Arial"/>
                <w:b/>
                <w:color w:val="FFFFFF"/>
                <w:sz w:val="28"/>
              </w:rPr>
              <w:t>R</w:t>
            </w:r>
          </w:p>
        </w:tc>
        <w:tc>
          <w:tcPr>
            <w:tcW w:w="1699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EDF5E9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11A663" w14:textId="77777777" w:rsidR="00A9597F" w:rsidRDefault="00000000" w:rsidP="008E479E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RELEVANT</w:t>
            </w:r>
          </w:p>
        </w:tc>
        <w:tc>
          <w:tcPr>
            <w:tcW w:w="7171" w:type="dxa"/>
            <w:gridSpan w:val="4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28F303" w14:textId="77777777" w:rsidR="00A9597F" w:rsidRDefault="00000000" w:rsidP="008E479E">
            <w:pPr>
              <w:spacing w:after="0"/>
            </w:pPr>
            <w:r>
              <w:rPr>
                <w:rFonts w:ascii="Arial" w:hAnsi="Arial"/>
                <w:sz w:val="16"/>
              </w:rPr>
              <w:t>How does this goal support the people and purpose of our hospital?</w:t>
            </w:r>
          </w:p>
        </w:tc>
      </w:tr>
    </w:tbl>
    <w:p w14:paraId="3D7B595C" w14:textId="02A36898" w:rsidR="00A9597F" w:rsidRDefault="008E479E">
      <w:pPr>
        <w:spacing w:after="20" w:line="240" w:lineRule="auto"/>
      </w:pPr>
      <w:r>
        <w:br w:type="textWrapping" w:clear="all"/>
      </w:r>
    </w:p>
    <w:p w14:paraId="40200380" w14:textId="77777777" w:rsidR="00A9597F" w:rsidRDefault="00000000">
      <w:pPr>
        <w:spacing w:after="20" w:line="240" w:lineRule="auto"/>
      </w:pPr>
      <w:r>
        <w:rPr>
          <w:rFonts w:ascii="Arial" w:hAnsi="Arial"/>
          <w:color w:val="2E918E"/>
          <w:sz w:val="15"/>
        </w:rPr>
        <w:t xml:space="preserve">☐ The Pet     ☐ The Pet Owner     ☐ The Veterinary Team     ☐ The Veterinary Hospital     </w:t>
      </w:r>
    </w:p>
    <w:p w14:paraId="2733209D" w14:textId="77777777" w:rsidR="00A9597F" w:rsidRDefault="00000000">
      <w:pPr>
        <w:spacing w:before="20" w:after="20" w:line="240" w:lineRule="auto"/>
      </w:pPr>
      <w:r>
        <w:rPr>
          <w:rFonts w:ascii="Arial" w:hAnsi="Arial"/>
          <w:b/>
          <w:sz w:val="16"/>
        </w:rPr>
        <w:t>How will success benefit all four?</w:t>
      </w:r>
    </w:p>
    <w:p w14:paraId="6F76FC14" w14:textId="39533DAD" w:rsidR="00A9597F" w:rsidRDefault="00000000">
      <w:pPr>
        <w:spacing w:after="20" w:line="192" w:lineRule="auto"/>
        <w:rPr>
          <w:rFonts w:ascii="Arial" w:hAnsi="Arial"/>
          <w:color w:val="9CACB4"/>
          <w:sz w:val="13"/>
        </w:rPr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</w:t>
      </w:r>
      <w:r w:rsidR="00DF1002">
        <w:rPr>
          <w:rFonts w:ascii="Arial" w:hAnsi="Arial"/>
          <w:color w:val="9CACB4"/>
          <w:sz w:val="13"/>
        </w:rPr>
        <w:t>__________________________________________</w:t>
      </w:r>
    </w:p>
    <w:p w14:paraId="335E209A" w14:textId="77777777" w:rsidR="00DF1002" w:rsidRDefault="00DF1002">
      <w:pPr>
        <w:spacing w:after="20" w:line="19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"/>
        <w:gridCol w:w="1699"/>
        <w:gridCol w:w="7171"/>
      </w:tblGrid>
      <w:tr w:rsidR="00A9597F" w14:paraId="422D21BD" w14:textId="77777777">
        <w:trPr>
          <w:jc w:val="center"/>
        </w:trPr>
        <w:tc>
          <w:tcPr>
            <w:tcW w:w="691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BF5070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B16B53" w14:textId="77777777" w:rsidR="00A9597F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T</w:t>
            </w:r>
          </w:p>
        </w:tc>
        <w:tc>
          <w:tcPr>
            <w:tcW w:w="1699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shd w:val="clear" w:color="auto" w:fill="F9E9E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6F23E6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TIMELY</w:t>
            </w:r>
          </w:p>
        </w:tc>
        <w:tc>
          <w:tcPr>
            <w:tcW w:w="7171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C0F2BD" w14:textId="77777777" w:rsidR="00A9597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When will we begin, check progress, and review the result?</w:t>
            </w:r>
          </w:p>
        </w:tc>
      </w:tr>
    </w:tbl>
    <w:p w14:paraId="58742AC6" w14:textId="77777777" w:rsidR="00A9597F" w:rsidRDefault="00A9597F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A9597F" w14:paraId="6FB7A5B1" w14:textId="77777777">
        <w:trPr>
          <w:jc w:val="center"/>
        </w:trPr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B99C2F8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START DATE              15 DAY CHECK IN</w:t>
            </w:r>
          </w:p>
          <w:p w14:paraId="54D9AA84" w14:textId="77777777" w:rsidR="00A9597F" w:rsidRDefault="00000000">
            <w:r>
              <w:t>__________________________________________</w:t>
            </w:r>
          </w:p>
        </w:tc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D6F5EB3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30 DAY REVIEW</w:t>
            </w:r>
          </w:p>
          <w:p w14:paraId="7490BD36" w14:textId="77777777" w:rsidR="00A9597F" w:rsidRDefault="00000000">
            <w:r>
              <w:t>__________________________________________</w:t>
            </w:r>
          </w:p>
        </w:tc>
      </w:tr>
    </w:tbl>
    <w:p w14:paraId="735C78D9" w14:textId="77777777" w:rsidR="00A9597F" w:rsidRDefault="00000000">
      <w:pPr>
        <w:spacing w:before="40" w:after="20" w:line="240" w:lineRule="auto"/>
      </w:pPr>
      <w:r>
        <w:rPr>
          <w:rFonts w:ascii="Arial" w:hAnsi="Arial"/>
          <w:b/>
          <w:sz w:val="19"/>
        </w:rPr>
        <w:t>ACCOUNTABILITY AND VISIBILITY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A9597F" w14:paraId="2D852F52" w14:textId="77777777">
        <w:trPr>
          <w:jc w:val="center"/>
        </w:trPr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D951F48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3"/>
              </w:rPr>
              <w:t>TEAM CHAMPION OR CHAMPIONS</w:t>
            </w:r>
          </w:p>
          <w:p w14:paraId="1CDDF024" w14:textId="77777777" w:rsidR="00A9597F" w:rsidRDefault="00000000">
            <w:r>
              <w:t>_______________________________________</w:t>
            </w:r>
          </w:p>
        </w:tc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9524689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3"/>
              </w:rPr>
              <w:t>WHO ELSE WILL SUPPORT FOLLOW THROUGH</w:t>
            </w:r>
          </w:p>
          <w:p w14:paraId="3468A4C0" w14:textId="77777777" w:rsidR="00A9597F" w:rsidRDefault="00000000">
            <w:r>
              <w:t>_______________________________________</w:t>
            </w:r>
          </w:p>
        </w:tc>
      </w:tr>
      <w:tr w:rsidR="00A9597F" w14:paraId="1C6CB622" w14:textId="77777777">
        <w:trPr>
          <w:jc w:val="center"/>
        </w:trPr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97520E6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3"/>
              </w:rPr>
              <w:t>HOW WE WILL KEEP THE GOAL VISIBLE</w:t>
            </w:r>
          </w:p>
          <w:p w14:paraId="4D7BF5AA" w14:textId="77777777" w:rsidR="00A9597F" w:rsidRDefault="00000000">
            <w:r>
              <w:t>_______________________________________</w:t>
            </w:r>
          </w:p>
        </w:tc>
        <w:tc>
          <w:tcPr>
            <w:tcW w:w="4752" w:type="dxa"/>
            <w:tcBorders>
              <w:top w:val="single" w:sz="5" w:space="0" w:color="D8E0DC"/>
              <w:left w:val="single" w:sz="5" w:space="0" w:color="D8E0DC"/>
              <w:bottom w:val="single" w:sz="5" w:space="0" w:color="D8E0DC"/>
              <w:right w:val="single" w:sz="5" w:space="0" w:color="D8E0DC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78C59FE" w14:textId="77777777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3"/>
              </w:rPr>
              <w:t>WHEN WE WILL TALK ABOUT PROGRESS</w:t>
            </w:r>
          </w:p>
          <w:p w14:paraId="4E6539F1" w14:textId="77777777" w:rsidR="00A9597F" w:rsidRDefault="00000000">
            <w:r>
              <w:t>_______________________________________</w:t>
            </w:r>
          </w:p>
        </w:tc>
      </w:tr>
    </w:tbl>
    <w:p w14:paraId="16403F03" w14:textId="77777777" w:rsidR="00DF1002" w:rsidRDefault="00DF1002">
      <w:pPr>
        <w:spacing w:before="40" w:after="20" w:line="240" w:lineRule="auto"/>
        <w:rPr>
          <w:rFonts w:ascii="Arial" w:hAnsi="Arial"/>
          <w:b/>
          <w:sz w:val="19"/>
        </w:rPr>
      </w:pPr>
    </w:p>
    <w:p w14:paraId="1193F931" w14:textId="76903B4F" w:rsidR="00A9597F" w:rsidRDefault="00000000">
      <w:pPr>
        <w:spacing w:before="40" w:after="20" w:line="240" w:lineRule="auto"/>
      </w:pPr>
      <w:r>
        <w:rPr>
          <w:rFonts w:ascii="Arial" w:hAnsi="Arial"/>
          <w:b/>
          <w:sz w:val="19"/>
        </w:rPr>
        <w:t>CHECK IN AND CELEBRATE THE BLOOM</w:t>
      </w:r>
    </w:p>
    <w:p w14:paraId="74CB812C" w14:textId="77777777" w:rsidR="00A9597F" w:rsidRDefault="00000000">
      <w:pPr>
        <w:spacing w:before="20" w:after="20" w:line="240" w:lineRule="auto"/>
      </w:pPr>
      <w:r>
        <w:rPr>
          <w:rFonts w:ascii="Arial" w:hAnsi="Arial"/>
          <w:b/>
          <w:sz w:val="16"/>
        </w:rPr>
        <w:t>At our 15-day check-in, we will ask</w:t>
      </w:r>
      <w:r>
        <w:rPr>
          <w:rFonts w:ascii="Arial" w:hAnsi="Arial"/>
          <w:i/>
          <w:color w:val="6F7F77"/>
          <w:sz w:val="15"/>
        </w:rPr>
        <w:t xml:space="preserve">  What is working? What needs attention or support?</w:t>
      </w:r>
    </w:p>
    <w:p w14:paraId="3E2773EA" w14:textId="14CBF96E" w:rsidR="00A9597F" w:rsidRDefault="00000000">
      <w:pPr>
        <w:spacing w:after="20" w:line="192" w:lineRule="auto"/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</w:t>
      </w:r>
      <w:r w:rsidR="00543792">
        <w:rPr>
          <w:rFonts w:ascii="Arial" w:hAnsi="Arial"/>
          <w:color w:val="9CACB4"/>
          <w:sz w:val="13"/>
        </w:rPr>
        <w:t>_______________________________________</w:t>
      </w:r>
    </w:p>
    <w:p w14:paraId="0A96A676" w14:textId="77777777" w:rsidR="00A9597F" w:rsidRDefault="00000000">
      <w:pPr>
        <w:spacing w:before="20" w:after="20" w:line="240" w:lineRule="auto"/>
      </w:pPr>
      <w:r>
        <w:rPr>
          <w:rFonts w:ascii="Arial" w:hAnsi="Arial"/>
          <w:b/>
          <w:sz w:val="16"/>
        </w:rPr>
        <w:t>How will we intentionally recognize our progress as a team?</w:t>
      </w:r>
    </w:p>
    <w:p w14:paraId="507CB729" w14:textId="270FD394" w:rsidR="00A9597F" w:rsidRDefault="00000000">
      <w:pPr>
        <w:spacing w:after="20" w:line="192" w:lineRule="auto"/>
        <w:rPr>
          <w:rFonts w:ascii="Arial" w:hAnsi="Arial"/>
          <w:color w:val="9CACB4"/>
          <w:sz w:val="13"/>
        </w:rPr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</w:t>
      </w:r>
      <w:r w:rsidR="00543792">
        <w:rPr>
          <w:rFonts w:ascii="Arial" w:hAnsi="Arial"/>
          <w:color w:val="9CACB4"/>
          <w:sz w:val="13"/>
        </w:rPr>
        <w:t>_____________________________________</w:t>
      </w:r>
    </w:p>
    <w:p w14:paraId="39900955" w14:textId="4AF4CC2D" w:rsidR="00FB1FAC" w:rsidRDefault="00FB1FAC">
      <w:pPr>
        <w:spacing w:after="20" w:line="192" w:lineRule="auto"/>
      </w:pPr>
      <w:r>
        <w:t xml:space="preserve">How will we celebrate </w:t>
      </w:r>
      <w:r w:rsidR="00DF1002">
        <w:t>success</w:t>
      </w:r>
      <w:r>
        <w:t xml:space="preserve"> and when? </w:t>
      </w:r>
    </w:p>
    <w:p w14:paraId="517FDF7D" w14:textId="7337FBBC" w:rsidR="00FB1FAC" w:rsidRDefault="00FB1FAC">
      <w:pPr>
        <w:spacing w:after="20" w:line="192" w:lineRule="auto"/>
      </w:pPr>
      <w:r>
        <w:t>How_________________________________________</w:t>
      </w:r>
      <w:r w:rsidR="00543792">
        <w:t>_______________________________</w:t>
      </w:r>
      <w:r>
        <w:t xml:space="preserve"> When ____________________________</w:t>
      </w:r>
    </w:p>
    <w:p w14:paraId="073722E7" w14:textId="77777777" w:rsidR="009866C7" w:rsidRDefault="009866C7">
      <w:pPr>
        <w:spacing w:before="40" w:after="0" w:line="240" w:lineRule="auto"/>
        <w:rPr>
          <w:rFonts w:ascii="Arial" w:hAnsi="Arial"/>
          <w:b/>
          <w:sz w:val="19"/>
        </w:rPr>
      </w:pPr>
    </w:p>
    <w:p w14:paraId="5B8B85DF" w14:textId="2EDD9F5B" w:rsidR="00A9597F" w:rsidRDefault="00000000">
      <w:pPr>
        <w:spacing w:before="40" w:after="0" w:line="240" w:lineRule="auto"/>
      </w:pPr>
      <w:r>
        <w:rPr>
          <w:rFonts w:ascii="Arial" w:hAnsi="Arial"/>
          <w:b/>
          <w:sz w:val="19"/>
        </w:rPr>
        <w:t>OUR TEAM COMMITMENT</w:t>
      </w:r>
    </w:p>
    <w:p w14:paraId="129B9E05" w14:textId="77777777" w:rsidR="00A9597F" w:rsidRDefault="00000000">
      <w:pPr>
        <w:spacing w:before="20" w:after="20" w:line="240" w:lineRule="auto"/>
      </w:pPr>
      <w:r>
        <w:rPr>
          <w:rFonts w:ascii="Arial" w:hAnsi="Arial"/>
          <w:b/>
          <w:sz w:val="16"/>
        </w:rPr>
        <w:t>We commit to growing</w:t>
      </w:r>
    </w:p>
    <w:p w14:paraId="7709EFC5" w14:textId="5D79F495" w:rsidR="00A9597F" w:rsidRDefault="00000000">
      <w:pPr>
        <w:spacing w:after="20" w:line="192" w:lineRule="auto"/>
      </w:pPr>
      <w:r>
        <w:rPr>
          <w:rFonts w:ascii="Arial" w:hAnsi="Arial"/>
          <w:color w:val="9CACB4"/>
          <w:sz w:val="13"/>
        </w:rPr>
        <w:t>____________________________________________________________________________________________</w:t>
      </w:r>
      <w:r w:rsidR="008D3685">
        <w:rPr>
          <w:rFonts w:ascii="Arial" w:hAnsi="Arial"/>
          <w:color w:val="9CACB4"/>
          <w:sz w:val="13"/>
        </w:rPr>
        <w:t>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752"/>
      </w:tblGrid>
      <w:tr w:rsidR="00A9597F" w14:paraId="67763BC6" w14:textId="77777777">
        <w:trPr>
          <w:jc w:val="center"/>
        </w:trPr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092DEF6" w14:textId="77777777" w:rsidR="005D7EDC" w:rsidRDefault="005D7EDC">
            <w:pPr>
              <w:spacing w:after="0"/>
              <w:rPr>
                <w:rFonts w:ascii="Arial" w:hAnsi="Arial"/>
                <w:b/>
                <w:color w:val="6F7F77"/>
                <w:sz w:val="14"/>
              </w:rPr>
            </w:pPr>
          </w:p>
          <w:p w14:paraId="53403D1F" w14:textId="212842AE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TEAM CHAMPION SIGNATURE</w:t>
            </w:r>
          </w:p>
          <w:p w14:paraId="362D8AD6" w14:textId="77777777" w:rsidR="008D3685" w:rsidRDefault="008D3685"/>
          <w:p w14:paraId="62759F1C" w14:textId="5CA80DFD" w:rsidR="00A9597F" w:rsidRDefault="00000000">
            <w:r>
              <w:t>__________________________________________</w:t>
            </w:r>
          </w:p>
        </w:tc>
        <w:tc>
          <w:tcPr>
            <w:tcW w:w="47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BBEE2E3" w14:textId="77777777" w:rsidR="005D7EDC" w:rsidRDefault="005D7EDC">
            <w:pPr>
              <w:spacing w:after="0"/>
              <w:rPr>
                <w:rFonts w:ascii="Arial" w:hAnsi="Arial"/>
                <w:b/>
                <w:color w:val="6F7F77"/>
                <w:sz w:val="14"/>
              </w:rPr>
            </w:pPr>
          </w:p>
          <w:p w14:paraId="5565CEA3" w14:textId="3D803D5D" w:rsidR="00A9597F" w:rsidRDefault="00000000">
            <w:pPr>
              <w:spacing w:after="0"/>
            </w:pPr>
            <w:r>
              <w:rPr>
                <w:rFonts w:ascii="Arial" w:hAnsi="Arial"/>
                <w:b/>
                <w:color w:val="6F7F77"/>
                <w:sz w:val="14"/>
              </w:rPr>
              <w:t>DATE</w:t>
            </w:r>
          </w:p>
          <w:p w14:paraId="439B0312" w14:textId="77777777" w:rsidR="008D3685" w:rsidRDefault="008D3685"/>
          <w:p w14:paraId="3DB51869" w14:textId="0C340B1D" w:rsidR="00A9597F" w:rsidRDefault="00000000">
            <w:r>
              <w:t>__________________________________________</w:t>
            </w:r>
          </w:p>
        </w:tc>
      </w:tr>
    </w:tbl>
    <w:p w14:paraId="2E5191CE" w14:textId="77777777" w:rsidR="008D3685" w:rsidRDefault="008D3685" w:rsidP="009866C7">
      <w:pPr>
        <w:spacing w:before="20" w:after="0" w:line="240" w:lineRule="auto"/>
        <w:rPr>
          <w:rFonts w:ascii="Arial" w:hAnsi="Arial"/>
          <w:b/>
          <w:color w:val="6F7F77"/>
          <w:sz w:val="15"/>
        </w:rPr>
      </w:pPr>
    </w:p>
    <w:p w14:paraId="389C3B9F" w14:textId="77777777" w:rsidR="008D3685" w:rsidRDefault="008D3685">
      <w:pPr>
        <w:spacing w:before="20" w:after="0" w:line="240" w:lineRule="auto"/>
        <w:jc w:val="center"/>
        <w:rPr>
          <w:rFonts w:ascii="Arial" w:hAnsi="Arial"/>
          <w:b/>
          <w:color w:val="6F7F77"/>
          <w:sz w:val="15"/>
        </w:rPr>
      </w:pPr>
    </w:p>
    <w:p w14:paraId="3DE00DA5" w14:textId="0A534C21" w:rsidR="00A9597F" w:rsidRDefault="00000000">
      <w:pPr>
        <w:spacing w:before="20" w:after="0" w:line="240" w:lineRule="auto"/>
        <w:jc w:val="center"/>
      </w:pPr>
      <w:r>
        <w:rPr>
          <w:rFonts w:ascii="Arial" w:hAnsi="Arial"/>
          <w:b/>
          <w:color w:val="6F7F77"/>
          <w:sz w:val="15"/>
        </w:rPr>
        <w:t>TRUST THE PROCESS</w:t>
      </w:r>
    </w:p>
    <w:p w14:paraId="5778504D" w14:textId="77777777" w:rsidR="00A9597F" w:rsidRDefault="00000000">
      <w:pPr>
        <w:spacing w:after="20" w:line="240" w:lineRule="auto"/>
        <w:jc w:val="center"/>
      </w:pPr>
      <w:r>
        <w:rPr>
          <w:rFonts w:ascii="Arial" w:hAnsi="Arial"/>
          <w:i/>
          <w:color w:val="6F7F77"/>
          <w:sz w:val="13"/>
        </w:rPr>
        <w:t>The bloom is not the reward for perfection. The bloom is the reward for tending the roots.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1584"/>
        <w:gridCol w:w="1584"/>
        <w:gridCol w:w="1584"/>
        <w:gridCol w:w="1584"/>
        <w:gridCol w:w="1584"/>
      </w:tblGrid>
      <w:tr w:rsidR="00A9597F" w14:paraId="5A60F132" w14:textId="77777777">
        <w:trPr>
          <w:jc w:val="center"/>
        </w:trPr>
        <w:tc>
          <w:tcPr>
            <w:tcW w:w="158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AD8040" w14:textId="77777777" w:rsidR="00A9597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C00E8C8" wp14:editId="19EEECB7">
                  <wp:extent cx="274320" cy="274612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color w:val="986D45"/>
                <w:sz w:val="10"/>
              </w:rPr>
              <w:br/>
              <w:t>Trust</w:t>
            </w:r>
          </w:p>
        </w:tc>
        <w:tc>
          <w:tcPr>
            <w:tcW w:w="158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1DEEC4" w14:textId="77777777" w:rsidR="00A9597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DFBFAD3" wp14:editId="46D26265">
                  <wp:extent cx="274320" cy="27886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8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color w:val="2E918E"/>
                <w:sz w:val="10"/>
              </w:rPr>
              <w:br/>
              <w:t>Communication</w:t>
            </w:r>
          </w:p>
        </w:tc>
        <w:tc>
          <w:tcPr>
            <w:tcW w:w="158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5DB509" w14:textId="77777777" w:rsidR="00A9597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0158C58" wp14:editId="25B5C2AB">
                  <wp:extent cx="274320" cy="300357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300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color w:val="3D6680"/>
                <w:sz w:val="10"/>
              </w:rPr>
              <w:br/>
              <w:t>Commitment</w:t>
            </w:r>
          </w:p>
        </w:tc>
        <w:tc>
          <w:tcPr>
            <w:tcW w:w="158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F70052" w14:textId="77777777" w:rsidR="00A9597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8F9E486" wp14:editId="35C0D0AE">
                  <wp:extent cx="274320" cy="279686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9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color w:val="B37A32"/>
                <w:sz w:val="10"/>
              </w:rPr>
              <w:br/>
              <w:t>Accountability</w:t>
            </w:r>
          </w:p>
        </w:tc>
        <w:tc>
          <w:tcPr>
            <w:tcW w:w="158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D432C3" w14:textId="77777777" w:rsidR="00A9597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112818C" wp14:editId="7E00A5A2">
                  <wp:extent cx="274320" cy="278874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8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color w:val="64965C"/>
                <w:sz w:val="10"/>
              </w:rPr>
              <w:br/>
              <w:t>Wellbeing</w:t>
            </w:r>
          </w:p>
        </w:tc>
        <w:tc>
          <w:tcPr>
            <w:tcW w:w="158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1AC4F09" w14:textId="77777777" w:rsidR="00A9597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9DF2684" wp14:editId="00D5A119">
                  <wp:extent cx="274320" cy="27959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color w:val="BF5070"/>
                <w:sz w:val="10"/>
              </w:rPr>
              <w:br/>
              <w:t>Results</w:t>
            </w:r>
          </w:p>
        </w:tc>
      </w:tr>
    </w:tbl>
    <w:p w14:paraId="5411FEB4" w14:textId="77777777" w:rsidR="00AC0A41" w:rsidRDefault="00AC0A41"/>
    <w:sectPr w:rsidR="00AC0A41" w:rsidSect="00034616">
      <w:footerReference w:type="default" r:id="rId15"/>
      <w:pgSz w:w="11520" w:h="15840"/>
      <w:pgMar w:top="605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AB2EF" w14:textId="77777777" w:rsidR="00AC0A41" w:rsidRDefault="00AC0A41">
      <w:pPr>
        <w:spacing w:after="0" w:line="240" w:lineRule="auto"/>
      </w:pPr>
      <w:r>
        <w:separator/>
      </w:r>
    </w:p>
  </w:endnote>
  <w:endnote w:type="continuationSeparator" w:id="0">
    <w:p w14:paraId="487C988A" w14:textId="77777777" w:rsidR="00AC0A41" w:rsidRDefault="00AC0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F864" w14:textId="77777777" w:rsidR="00A9597F" w:rsidRDefault="00000000">
    <w:pPr>
      <w:pStyle w:val="Footer"/>
      <w:jc w:val="center"/>
    </w:pPr>
    <w:r>
      <w:rPr>
        <w:rFonts w:ascii="Arial" w:hAnsi="Arial"/>
        <w:b/>
        <w:color w:val="6F7F77"/>
        <w:sz w:val="12"/>
      </w:rPr>
      <w:t>CHAOS TO COHESION  •  OUR TEAM SMART GOAL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B83E4" w14:textId="77777777" w:rsidR="00AC0A41" w:rsidRDefault="00AC0A41">
      <w:pPr>
        <w:spacing w:after="0" w:line="240" w:lineRule="auto"/>
      </w:pPr>
      <w:r>
        <w:separator/>
      </w:r>
    </w:p>
  </w:footnote>
  <w:footnote w:type="continuationSeparator" w:id="0">
    <w:p w14:paraId="09EF466E" w14:textId="77777777" w:rsidR="00AC0A41" w:rsidRDefault="00AC0A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9723303">
    <w:abstractNumId w:val="8"/>
  </w:num>
  <w:num w:numId="2" w16cid:durableId="187181699">
    <w:abstractNumId w:val="6"/>
  </w:num>
  <w:num w:numId="3" w16cid:durableId="1090854970">
    <w:abstractNumId w:val="5"/>
  </w:num>
  <w:num w:numId="4" w16cid:durableId="1350258181">
    <w:abstractNumId w:val="4"/>
  </w:num>
  <w:num w:numId="5" w16cid:durableId="878663217">
    <w:abstractNumId w:val="7"/>
  </w:num>
  <w:num w:numId="6" w16cid:durableId="1087731304">
    <w:abstractNumId w:val="3"/>
  </w:num>
  <w:num w:numId="7" w16cid:durableId="1020206875">
    <w:abstractNumId w:val="2"/>
  </w:num>
  <w:num w:numId="8" w16cid:durableId="1925188883">
    <w:abstractNumId w:val="1"/>
  </w:num>
  <w:num w:numId="9" w16cid:durableId="672412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2FD3"/>
    <w:rsid w:val="0029639D"/>
    <w:rsid w:val="00326F90"/>
    <w:rsid w:val="003E3A79"/>
    <w:rsid w:val="004C5F6E"/>
    <w:rsid w:val="004E4E60"/>
    <w:rsid w:val="004E6C5C"/>
    <w:rsid w:val="00502706"/>
    <w:rsid w:val="00543792"/>
    <w:rsid w:val="005D7EDC"/>
    <w:rsid w:val="00654EDB"/>
    <w:rsid w:val="008D3685"/>
    <w:rsid w:val="008E479E"/>
    <w:rsid w:val="009866C7"/>
    <w:rsid w:val="00A6347E"/>
    <w:rsid w:val="00A9597F"/>
    <w:rsid w:val="00AA1D8D"/>
    <w:rsid w:val="00AC0A41"/>
    <w:rsid w:val="00B47730"/>
    <w:rsid w:val="00CB0664"/>
    <w:rsid w:val="00DF1002"/>
    <w:rsid w:val="00FB1F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52CD63"/>
  <w14:defaultImageDpi w14:val="300"/>
  <w15:docId w15:val="{25256219-A637-4947-AAB3-BF2C8F26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4372F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Rose CVT RVT</cp:lastModifiedBy>
  <cp:revision>15</cp:revision>
  <dcterms:created xsi:type="dcterms:W3CDTF">2026-09-10T21:32:00Z</dcterms:created>
  <dcterms:modified xsi:type="dcterms:W3CDTF">2026-09-10T21:46:00Z</dcterms:modified>
  <cp:category/>
</cp:coreProperties>
</file>